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2545"/>
          <w:sz w:val="40"/>
        </w:rPr>
        <w:t>[Seu Nome Completo]</w:t>
      </w:r>
    </w:p>
    <w:p>
      <w:pPr>
        <w:spacing w:after="40"/>
      </w:pPr>
      <w:r>
        <w:rPr>
          <w:color w:val="475569"/>
          <w:sz w:val="24"/>
        </w:rPr>
        <w:t>[Cargo atual ou desejado – ex.: Analista de Compras]</w:t>
      </w:r>
    </w:p>
    <w:p>
      <w:pPr>
        <w:spacing w:after="160"/>
      </w:pPr>
      <w:r>
        <w:rPr>
          <w:color w:val="475569"/>
          <w:sz w:val="20"/>
        </w:rPr>
        <w:t>[Cidade – UF]  •  [(00) 00000-0000 – WhatsApp]  •  [seuemail@email.com]  •  [linkedin.com/in/seunome (opcional)]</w:t>
      </w:r>
    </w:p>
    <w:p>
      <w:pPr>
        <w:spacing w:before="200" w:after="80"/>
        <w:pBdr>
          <w:bottom w:val="single" w:sz="6" w:space="1" w:color="1D4ED8"/>
        </w:pBdr>
      </w:pPr>
      <w:r>
        <w:rPr>
          <w:b/>
          <w:color w:val="0B2545"/>
          <w:sz w:val="23"/>
        </w:rPr>
        <w:t>RESUMO PROFISSIONAL</w:t>
      </w:r>
    </w:p>
    <w:p>
      <w:r>
        <w:t>[3 a 4 linhas: anos de experiência, área, principais competências e um resultado. Ex.: Analista de compras com 6 anos de experiência na indústria, negociação com fornecedores nacionais, cotação e controle de estoque no SAP. Reduzi em 12% o custo de materiais em 2025.]</w:t>
      </w:r>
    </w:p>
    <w:p>
      <w:pPr>
        <w:spacing w:before="200" w:after="80"/>
        <w:pBdr>
          <w:bottom w:val="single" w:sz="6" w:space="1" w:color="1D4ED8"/>
        </w:pBdr>
      </w:pPr>
      <w:r>
        <w:rPr>
          <w:b/>
          <w:color w:val="0B2545"/>
          <w:sz w:val="23"/>
        </w:rPr>
        <w:t>EXPERIÊNCIA PROFISSIONAL</w:t>
      </w:r>
    </w:p>
    <w:p>
      <w:r>
        <w:rPr>
          <w:b/>
        </w:rPr>
        <w:t>[Cargo] – [Empresa]</w:t>
      </w:r>
    </w:p>
    <w:p>
      <w:r>
        <w:rPr>
          <w:i/>
          <w:color w:val="475569"/>
        </w:rPr>
        <w:t>[mês/ano] – atual  •  [Cidade – UF]</w:t>
      </w:r>
    </w:p>
    <w:p>
      <w:pPr>
        <w:pStyle w:val="ListBullet"/>
        <w:spacing w:after="20"/>
      </w:pPr>
      <w:r>
        <w:t>[Responsabilidade principal com palavras-chave da vaga]</w:t>
      </w:r>
    </w:p>
    <w:p>
      <w:pPr>
        <w:pStyle w:val="ListBullet"/>
        <w:spacing w:after="20"/>
      </w:pPr>
      <w:r>
        <w:t>[Resultado com número: % de redução, volume, metas]</w:t>
      </w:r>
    </w:p>
    <w:p>
      <w:pPr>
        <w:pStyle w:val="ListBullet"/>
        <w:spacing w:after="20"/>
      </w:pPr>
      <w:r>
        <w:t>[Ferramenta ou sistema usado]</w:t>
      </w:r>
    </w:p>
    <w:p>
      <w:r>
        <w:rPr>
          <w:b/>
        </w:rPr>
        <w:t>[Cargo] – [Empresa]</w:t>
      </w:r>
    </w:p>
    <w:p>
      <w:r>
        <w:rPr>
          <w:i/>
          <w:color w:val="475569"/>
        </w:rPr>
        <w:t>[mês/ano] – [mês/ano]  •  [Cidade – UF]</w:t>
      </w:r>
    </w:p>
    <w:p>
      <w:pPr>
        <w:pStyle w:val="ListBullet"/>
        <w:spacing w:after="20"/>
      </w:pPr>
      <w:r>
        <w:t>[Responsabilidade]</w:t>
      </w:r>
    </w:p>
    <w:p>
      <w:pPr>
        <w:pStyle w:val="ListBullet"/>
        <w:spacing w:after="20"/>
      </w:pPr>
      <w:r>
        <w:t>[Resultado]</w:t>
      </w:r>
    </w:p>
    <w:p>
      <w:pPr>
        <w:spacing w:before="200" w:after="80"/>
        <w:pBdr>
          <w:bottom w:val="single" w:sz="6" w:space="1" w:color="1D4ED8"/>
        </w:pBdr>
      </w:pPr>
      <w:r>
        <w:rPr>
          <w:b/>
          <w:color w:val="0B2545"/>
          <w:sz w:val="23"/>
        </w:rPr>
        <w:t>FORMAÇÃO ACADÊMICA</w:t>
      </w:r>
    </w:p>
    <w:p>
      <w:r>
        <w:rPr>
          <w:b/>
        </w:rPr>
        <w:t>[Graduação / Técnico] em [Curso] – [Instituição]</w:t>
      </w:r>
    </w:p>
    <w:p>
      <w:r>
        <w:rPr>
          <w:i/>
          <w:color w:val="475569"/>
        </w:rPr>
        <w:t>[Ano de conclusão]</w:t>
      </w:r>
    </w:p>
    <w:p>
      <w:pPr>
        <w:spacing w:before="200" w:after="80"/>
        <w:pBdr>
          <w:bottom w:val="single" w:sz="6" w:space="1" w:color="1D4ED8"/>
        </w:pBdr>
      </w:pPr>
      <w:r>
        <w:rPr>
          <w:b/>
          <w:color w:val="0B2545"/>
          <w:sz w:val="23"/>
        </w:rPr>
        <w:t>CURSOS E CERTIFICAÇÕES</w:t>
      </w:r>
    </w:p>
    <w:p>
      <w:pPr>
        <w:pStyle w:val="ListBullet"/>
      </w:pPr>
      <w:r>
        <w:t>[Certificação / NR / curso] – [Instituição] – [ano]</w:t>
      </w:r>
    </w:p>
    <w:p>
      <w:pPr>
        <w:pStyle w:val="ListBullet"/>
      </w:pPr>
      <w:r>
        <w:t>[Curso] – [Instituição] – [ano]</w:t>
      </w:r>
    </w:p>
    <w:p>
      <w:pPr>
        <w:spacing w:before="200" w:after="80"/>
        <w:pBdr>
          <w:bottom w:val="single" w:sz="6" w:space="1" w:color="1D4ED8"/>
        </w:pBdr>
      </w:pPr>
      <w:r>
        <w:rPr>
          <w:b/>
          <w:color w:val="0B2545"/>
          <w:sz w:val="23"/>
        </w:rPr>
        <w:t>COMPETÊNCIAS</w:t>
      </w:r>
    </w:p>
    <w:p>
      <w:r>
        <w:t>[Palavras-chave da área separadas por ponto: negociação • cotação • gestão de fornecedores • SAP • Excel avançado • indicadores]</w:t>
      </w:r>
    </w:p>
    <w:p>
      <w:pPr>
        <w:spacing w:before="200" w:after="80"/>
        <w:pBdr>
          <w:bottom w:val="single" w:sz="6" w:space="1" w:color="1D4ED8"/>
        </w:pBdr>
      </w:pPr>
      <w:r>
        <w:rPr>
          <w:b/>
          <w:color w:val="0B2545"/>
          <w:sz w:val="23"/>
        </w:rPr>
        <w:t>IDIOMAS</w:t>
      </w:r>
    </w:p>
    <w:p>
      <w:r>
        <w:t>[Inglês – intermediário • Espanhol – básico]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</dc:title>
  <dc:subject/>
  <dc:creator>Balcão de Empregos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